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3312"/>
        <w:gridCol w:w="576"/>
        <w:gridCol w:w="1296"/>
        <w:gridCol w:w="3312"/>
      </w:tblGrid>
      <w:tr w:rsidR="0038479E" w14:paraId="4F7F4DCD" w14:textId="77777777" w:rsidTr="000C556B">
        <w:trPr>
          <w:jc w:val="center"/>
        </w:trPr>
        <w:tc>
          <w:tcPr>
            <w:tcW w:w="46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CEADC"/>
            <w:tcMar>
              <w:top w:w="40" w:type="dxa"/>
              <w:left w:w="80" w:type="dxa"/>
              <w:bottom w:w="40" w:type="dxa"/>
              <w:right w:w="80" w:type="dxa"/>
            </w:tcMar>
            <w:vAlign w:val="bottom"/>
          </w:tcPr>
          <w:p w14:paraId="524C620D" w14:textId="5E7CD365" w:rsidR="0038479E" w:rsidRPr="00C00B7F" w:rsidRDefault="000C556B" w:rsidP="00C00B7F">
            <w:pPr>
              <w:jc w:val="center"/>
              <w:rPr>
                <w:sz w:val="32"/>
                <w:szCs w:val="36"/>
              </w:rPr>
            </w:pPr>
            <w:r>
              <w:rPr>
                <w:rFonts w:ascii="Arial" w:hAnsi="Arial"/>
                <w:b/>
                <w:color w:val="8B0000"/>
                <w:sz w:val="32"/>
                <w:szCs w:val="36"/>
              </w:rPr>
              <w:t>ALBO D’ORO</w:t>
            </w:r>
          </w:p>
        </w:tc>
        <w:tc>
          <w:tcPr>
            <w:tcW w:w="5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CEADC"/>
            <w:tcMar>
              <w:top w:w="40" w:type="dxa"/>
              <w:left w:w="80" w:type="dxa"/>
              <w:bottom w:w="40" w:type="dxa"/>
              <w:right w:w="80" w:type="dxa"/>
            </w:tcMar>
            <w:vAlign w:val="bottom"/>
          </w:tcPr>
          <w:p w14:paraId="575A6EE1" w14:textId="77777777" w:rsidR="0038479E" w:rsidRPr="00C00B7F" w:rsidRDefault="0038479E" w:rsidP="00C00B7F">
            <w:pPr>
              <w:jc w:val="center"/>
              <w:rPr>
                <w:sz w:val="32"/>
                <w:szCs w:val="36"/>
              </w:rPr>
            </w:pPr>
          </w:p>
        </w:tc>
        <w:tc>
          <w:tcPr>
            <w:tcW w:w="460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CEADC"/>
            <w:tcMar>
              <w:top w:w="40" w:type="dxa"/>
              <w:left w:w="80" w:type="dxa"/>
              <w:bottom w:w="40" w:type="dxa"/>
              <w:right w:w="80" w:type="dxa"/>
            </w:tcMar>
            <w:vAlign w:val="bottom"/>
          </w:tcPr>
          <w:p w14:paraId="435C85A1" w14:textId="6493F8BC" w:rsidR="0038479E" w:rsidRPr="00C00B7F" w:rsidRDefault="00000000" w:rsidP="00C00B7F">
            <w:pPr>
              <w:jc w:val="center"/>
              <w:rPr>
                <w:sz w:val="32"/>
                <w:szCs w:val="36"/>
              </w:rPr>
            </w:pPr>
            <w:r w:rsidRPr="00C00B7F">
              <w:rPr>
                <w:rFonts w:ascii="Arial" w:hAnsi="Arial"/>
                <w:b/>
                <w:color w:val="A67C1E"/>
                <w:sz w:val="32"/>
                <w:szCs w:val="36"/>
              </w:rPr>
              <w:t>ALBO D'ORO FEMMINILE</w:t>
            </w:r>
          </w:p>
        </w:tc>
      </w:tr>
      <w:tr w:rsidR="0038479E" w14:paraId="4CC6688C" w14:textId="77777777" w:rsidTr="000C556B">
        <w:trPr>
          <w:jc w:val="center"/>
        </w:trPr>
        <w:tc>
          <w:tcPr>
            <w:tcW w:w="1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CEADC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882EB" w14:textId="77777777" w:rsidR="0038479E" w:rsidRPr="000C556B" w:rsidRDefault="00000000" w:rsidP="00480F33">
            <w:pPr>
              <w:spacing w:before="40" w:after="40"/>
              <w:jc w:val="center"/>
              <w:rPr>
                <w:sz w:val="24"/>
                <w:szCs w:val="36"/>
              </w:rPr>
            </w:pPr>
            <w:r w:rsidRPr="000C556B">
              <w:rPr>
                <w:rFonts w:ascii="Arial" w:hAnsi="Arial"/>
                <w:b/>
                <w:color w:val="646464"/>
                <w:sz w:val="24"/>
                <w:szCs w:val="36"/>
              </w:rPr>
              <w:t>Anno</w:t>
            </w:r>
          </w:p>
        </w:tc>
        <w:tc>
          <w:tcPr>
            <w:tcW w:w="3312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CEADC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35C38" w14:textId="77777777" w:rsidR="0038479E" w:rsidRPr="000C556B" w:rsidRDefault="00000000" w:rsidP="00480F33">
            <w:pPr>
              <w:spacing w:before="40" w:after="40"/>
              <w:jc w:val="center"/>
              <w:rPr>
                <w:sz w:val="24"/>
                <w:szCs w:val="36"/>
              </w:rPr>
            </w:pPr>
            <w:proofErr w:type="spellStart"/>
            <w:r w:rsidRPr="000C556B">
              <w:rPr>
                <w:rFonts w:ascii="Arial" w:hAnsi="Arial"/>
                <w:b/>
                <w:color w:val="646464"/>
                <w:sz w:val="24"/>
                <w:szCs w:val="36"/>
              </w:rPr>
              <w:t>Vincitori</w:t>
            </w:r>
            <w:proofErr w:type="spellEnd"/>
          </w:p>
        </w:tc>
        <w:tc>
          <w:tcPr>
            <w:tcW w:w="5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5AAEF" w14:textId="77777777" w:rsidR="0038479E" w:rsidRPr="000C556B" w:rsidRDefault="0038479E" w:rsidP="00480F33">
            <w:pPr>
              <w:jc w:val="center"/>
              <w:rPr>
                <w:sz w:val="24"/>
                <w:szCs w:val="36"/>
              </w:rPr>
            </w:pPr>
          </w:p>
        </w:tc>
        <w:tc>
          <w:tcPr>
            <w:tcW w:w="1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ECEADC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B5D75" w14:textId="77777777" w:rsidR="0038479E" w:rsidRPr="000C556B" w:rsidRDefault="00000000" w:rsidP="00480F33">
            <w:pPr>
              <w:spacing w:before="40" w:after="40"/>
              <w:jc w:val="center"/>
              <w:rPr>
                <w:sz w:val="24"/>
                <w:szCs w:val="36"/>
              </w:rPr>
            </w:pPr>
            <w:r w:rsidRPr="000C556B">
              <w:rPr>
                <w:rFonts w:ascii="Arial" w:hAnsi="Arial"/>
                <w:b/>
                <w:color w:val="646464"/>
                <w:sz w:val="24"/>
                <w:szCs w:val="36"/>
              </w:rPr>
              <w:t>Anno</w:t>
            </w:r>
          </w:p>
        </w:tc>
        <w:tc>
          <w:tcPr>
            <w:tcW w:w="3312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CEADC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D01AF" w14:textId="77777777" w:rsidR="0038479E" w:rsidRPr="000C556B" w:rsidRDefault="00000000" w:rsidP="00480F33">
            <w:pPr>
              <w:spacing w:before="40" w:after="40"/>
              <w:jc w:val="center"/>
              <w:rPr>
                <w:sz w:val="24"/>
                <w:szCs w:val="36"/>
              </w:rPr>
            </w:pPr>
            <w:proofErr w:type="spellStart"/>
            <w:r w:rsidRPr="000C556B">
              <w:rPr>
                <w:rFonts w:ascii="Arial" w:hAnsi="Arial"/>
                <w:b/>
                <w:color w:val="646464"/>
                <w:sz w:val="24"/>
                <w:szCs w:val="36"/>
              </w:rPr>
              <w:t>Vincitrici</w:t>
            </w:r>
            <w:proofErr w:type="spellEnd"/>
          </w:p>
        </w:tc>
      </w:tr>
      <w:tr w:rsidR="0038479E" w14:paraId="4A195261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591C2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1986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5A394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REAL GRAPPEGGIA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15862" w14:textId="77777777" w:rsidR="0038479E" w:rsidRPr="000C556B" w:rsidRDefault="0038479E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8657F" w14:textId="7CF49015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A6DF6" w14:textId="2B26721D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</w:tr>
      <w:tr w:rsidR="0038479E" w14:paraId="5259B1E6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A2F2D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1987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70A652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SCAV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94A85" w14:textId="77777777" w:rsidR="0038479E" w:rsidRPr="000C556B" w:rsidRDefault="0038479E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C82AC" w14:textId="6FDA5E54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DB65C" w14:textId="4D4875C1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</w:tr>
      <w:tr w:rsidR="0038479E" w14:paraId="4E14E204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AB386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1988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5F5E4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BRUGNAS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72057" w14:textId="77777777" w:rsidR="0038479E" w:rsidRPr="000C556B" w:rsidRDefault="0038479E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094D4" w14:textId="6875747D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A6015" w14:textId="2761A7F7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</w:tr>
      <w:tr w:rsidR="0038479E" w14:paraId="538AC016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F8BDF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1989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5AA60" w14:textId="77777777" w:rsidR="0038479E" w:rsidRPr="000C556B" w:rsidRDefault="00000000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BRUGNAS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5FFD6" w14:textId="77777777" w:rsidR="0038479E" w:rsidRPr="000C556B" w:rsidRDefault="0038479E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4A237" w14:textId="6D27B6CE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FD9FD" w14:textId="7D02BD5E" w:rsidR="0038479E" w:rsidRPr="000C556B" w:rsidRDefault="0038479E" w:rsidP="00480F33">
            <w:pPr>
              <w:spacing w:before="20" w:after="20"/>
              <w:jc w:val="center"/>
              <w:rPr>
                <w:szCs w:val="28"/>
              </w:rPr>
            </w:pPr>
          </w:p>
        </w:tc>
      </w:tr>
      <w:tr w:rsidR="00480F33" w14:paraId="35C60416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7EB87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1990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13643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PEDALÒ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8B1CD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9F02C" w14:textId="59A3E05B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1990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F94A4" w14:textId="7EE2F2A0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04E1AE41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795CA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1991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A190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BRUGNAS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F4005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7B9D1" w14:textId="6382CFB8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1991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02AAA" w14:textId="2C67BFC1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418EE701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695B4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A0D0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PEDALÒ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2C24C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4C802" w14:textId="233416E6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9CBDF" w14:textId="205F297B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63F88D11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0E5A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74522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SKI TRAB SCAV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400CB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F449D" w14:textId="7DC728CC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7FED9" w14:textId="5C75277F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0E00D648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48B4E5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0885C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BRUGNAS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C2317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AF1F6" w14:textId="15792A0D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14496" w14:textId="644EF250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46B5815E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94CF1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1995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989A6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BRUGNAS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285D0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F4549A" w14:textId="43B2CCBE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1995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E8231" w14:textId="3D655B28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04B5780F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0DEBF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1996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E18EF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SELVADEK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F509C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4249A" w14:textId="7466E7F8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1996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CD6B3" w14:textId="2ADDF82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5916EFCB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B8D06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1997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DF426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SELVADEK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C2EE5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FDFE9" w14:textId="2085A8BE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1997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DA385" w14:textId="42A739D2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6E8C937C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A2DB7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1998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89FB2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SELVADEK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33DD1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73FB7" w14:textId="2461FAFE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1998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3F937" w14:textId="5DE6A39C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LE CHICKS</w:t>
            </w:r>
          </w:p>
        </w:tc>
      </w:tr>
      <w:tr w:rsidR="00480F33" w14:paraId="7BE90DDE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2FA74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1999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EF81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 SOCI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90CD9E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D0DDF" w14:textId="741F807E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1999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A1E4C" w14:textId="77916665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570D70BB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5E9B2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2000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328CE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IGHNOBILI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14A31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680E18" w14:textId="20121E04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2000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195D2" w14:textId="7216338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533B1186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A8ECD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2001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51248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SPIGOLZA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B3CC2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6A7D5" w14:textId="58C3A519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2001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1698C" w14:textId="64A18F04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7AF4580E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C3093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04AA7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SELVADEK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C9493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CB62D" w14:textId="24F86B9D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5BB6E" w14:textId="694533BC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568B0F54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2FCE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D38CE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 KOZZ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91F96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D94C9" w14:textId="1EDE9B00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1ADF3" w14:textId="5CED1176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38BD23E8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7F15E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lastRenderedPageBreak/>
              <w:t>2004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3738D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 LIVIGNASC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497E1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35A4B" w14:textId="0DC3BA21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BDAFF" w14:textId="28C84ACC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14A16725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748C2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2005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F0D45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SKIADOR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D0542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F6BC1" w14:textId="26EA408A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2005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57620" w14:textId="03BAAC1A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4E9BB46D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EAECA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2006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445A3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IGHNOBILI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05846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7825E" w14:textId="135BF51B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2006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1439D" w14:textId="49D6B93E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481655E3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5A3FF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2007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144C7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IGHNOBILI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869A5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9D99A" w14:textId="4D8D4E59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2007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6DA9C2" w14:textId="41038978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MEMBRIS</w:t>
            </w:r>
          </w:p>
        </w:tc>
      </w:tr>
      <w:tr w:rsidR="00480F33" w14:paraId="655FFC77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9BA36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2008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96DCD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IGHNOBILI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6368D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79A68" w14:textId="3FBD91F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2008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B8A29" w14:textId="6695949C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LAS MARACAS</w:t>
            </w:r>
          </w:p>
        </w:tc>
      </w:tr>
      <w:tr w:rsidR="00480F33" w14:paraId="4CFD3BCD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55C90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2009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CD968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ATLETICO PIZOCHER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D1D21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37D98" w14:textId="13730362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2009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5DFF2" w14:textId="3E5590DB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LE DACKY'S</w:t>
            </w:r>
          </w:p>
        </w:tc>
      </w:tr>
      <w:tr w:rsidR="00480F33" w14:paraId="3BB002DA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C0F1A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2010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C13F0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I LIVIGNASC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5C091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96779" w14:textId="6E91E2AF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2010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35CE7" w14:textId="6DB236C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LAS MARACAS</w:t>
            </w:r>
          </w:p>
        </w:tc>
      </w:tr>
      <w:tr w:rsidR="00480F33" w14:paraId="5B7B664A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A457A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2011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842D3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SPIGOLZA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8428A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8D7036" w14:textId="68EC5D03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2011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6BDC8" w14:textId="4EB92B82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LAS MARACAS</w:t>
            </w:r>
          </w:p>
        </w:tc>
      </w:tr>
      <w:tr w:rsidR="00480F33" w14:paraId="3C43DBF0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00D6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F378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SKIADOR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233B3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6624F5" w14:textId="30C6F7E3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4970E" w14:textId="5C209B40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LE DACKY'S</w:t>
            </w:r>
          </w:p>
        </w:tc>
      </w:tr>
      <w:tr w:rsidR="00480F33" w14:paraId="660C1146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95697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5B8E83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SKIADOR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6FF26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71A30" w14:textId="69F0D3A5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484EA" w14:textId="56F44246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LE DACKY'S</w:t>
            </w:r>
          </w:p>
        </w:tc>
      </w:tr>
      <w:tr w:rsidR="00480F33" w14:paraId="12EEE3CC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F8577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01AAC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ATLETICO PIZOCHER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BF674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2A7BEF" w14:textId="739F4F65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157B7" w14:textId="41B5B8F9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LE DACKY'S</w:t>
            </w:r>
          </w:p>
        </w:tc>
      </w:tr>
      <w:tr w:rsidR="00480F33" w14:paraId="565F78A5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5B431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2015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EA6A5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ERPIK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C090B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3C3A4" w14:textId="7385F5DB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2015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5197B" w14:textId="7535C4BF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LAS MARACAS</w:t>
            </w:r>
          </w:p>
        </w:tc>
      </w:tr>
      <w:tr w:rsidR="00480F33" w14:paraId="4981C4E4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4409D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2016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F8560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ERPIK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C9282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D6EE0" w14:textId="2AC9CCB2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2016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365B5" w14:textId="1ABEA581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DACKY'S 2.0</w:t>
            </w:r>
          </w:p>
        </w:tc>
      </w:tr>
      <w:tr w:rsidR="00480F33" w14:paraId="3683A74E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B4D80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2017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8E5D7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BALABIOT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647BD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B074F" w14:textId="1EDFFB5D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2017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43FE2" w14:textId="11BAECCA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LI LÈINA</w:t>
            </w:r>
          </w:p>
        </w:tc>
      </w:tr>
      <w:tr w:rsidR="00480F33" w14:paraId="52BE73AC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62BE2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2018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E610F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LIVIGNASC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E3BEA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D5414" w14:textId="4B1AB83B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2018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F5577" w14:textId="5B1A87C6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BEXIS</w:t>
            </w:r>
          </w:p>
        </w:tc>
      </w:tr>
      <w:tr w:rsidR="00480F33" w14:paraId="054DD5F4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8653A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2019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04774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LIVIGNASC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1D77B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42EDA" w14:textId="23D796B1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2019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61845" w14:textId="20BCBD06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BEXIS</w:t>
            </w:r>
          </w:p>
        </w:tc>
      </w:tr>
      <w:tr w:rsidR="00480F33" w14:paraId="3AB15FD3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59EAD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2022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50CB1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MARGNAC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4C4D4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FF3C0" w14:textId="03AC55EA" w:rsidR="00480F33" w:rsidRPr="000C556B" w:rsidRDefault="00480F33" w:rsidP="00480F33">
            <w:pPr>
              <w:spacing w:before="20" w:after="20"/>
              <w:jc w:val="center"/>
              <w:rPr>
                <w:rFonts w:ascii="Arial" w:hAnsi="Arial"/>
                <w:b/>
                <w:color w:val="A67C1E"/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2022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6D475" w14:textId="0568B778" w:rsidR="00480F33" w:rsidRPr="000C556B" w:rsidRDefault="00480F33" w:rsidP="00480F33">
            <w:pPr>
              <w:spacing w:before="20" w:after="20"/>
              <w:jc w:val="center"/>
              <w:rPr>
                <w:rFonts w:ascii="Arial" w:hAnsi="Arial"/>
                <w:b/>
                <w:color w:val="A67C1E"/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BEKKIS</w:t>
            </w:r>
          </w:p>
        </w:tc>
      </w:tr>
      <w:tr w:rsidR="00480F33" w14:paraId="70418329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5FAE4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2023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6E37A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MARGNAC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1B9AD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D1383" w14:textId="1D5338AF" w:rsidR="00480F33" w:rsidRPr="000C556B" w:rsidRDefault="00480F33" w:rsidP="00480F33">
            <w:pPr>
              <w:spacing w:before="20" w:after="20"/>
              <w:jc w:val="center"/>
              <w:rPr>
                <w:rFonts w:ascii="Arial" w:hAnsi="Arial"/>
                <w:b/>
                <w:color w:val="A67C1E"/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2023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2778F" w14:textId="1CB24CFF" w:rsidR="00480F33" w:rsidRPr="000C556B" w:rsidRDefault="00480F33" w:rsidP="00480F33">
            <w:pPr>
              <w:spacing w:before="20" w:after="20"/>
              <w:jc w:val="center"/>
              <w:rPr>
                <w:rFonts w:ascii="Georgia" w:hAnsi="Georgia"/>
                <w:b/>
                <w:color w:val="282828"/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BEKKIS</w:t>
            </w:r>
          </w:p>
        </w:tc>
      </w:tr>
      <w:tr w:rsidR="00480F33" w14:paraId="3577861D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1B069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2024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97102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LIVIGNASC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10A6F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9FA59" w14:textId="7F4087AF" w:rsidR="00480F33" w:rsidRPr="000C556B" w:rsidRDefault="00480F33" w:rsidP="00480F33">
            <w:pPr>
              <w:spacing w:before="20" w:after="20"/>
              <w:jc w:val="center"/>
              <w:rPr>
                <w:rFonts w:ascii="Arial" w:hAnsi="Arial"/>
                <w:b/>
                <w:color w:val="A67C1E"/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2024</w:t>
            </w:r>
          </w:p>
        </w:tc>
        <w:tc>
          <w:tcPr>
            <w:tcW w:w="3312" w:type="dxa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600C0" w14:textId="69A2357D" w:rsidR="00480F33" w:rsidRPr="000C556B" w:rsidRDefault="00480F33" w:rsidP="00480F33">
            <w:pPr>
              <w:spacing w:before="20" w:after="20"/>
              <w:jc w:val="center"/>
              <w:rPr>
                <w:rFonts w:ascii="Georgia" w:hAnsi="Georgia"/>
                <w:b/>
                <w:color w:val="282828"/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BEKKIS</w:t>
            </w:r>
          </w:p>
        </w:tc>
      </w:tr>
      <w:tr w:rsidR="00480F33" w14:paraId="4EF25FC2" w14:textId="77777777" w:rsidTr="000C556B">
        <w:trPr>
          <w:jc w:val="center"/>
        </w:trPr>
        <w:tc>
          <w:tcPr>
            <w:tcW w:w="129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0E180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Arial" w:hAnsi="Arial"/>
                <w:b/>
                <w:color w:val="8B0000"/>
                <w:szCs w:val="28"/>
              </w:rPr>
              <w:t>2025</w:t>
            </w:r>
          </w:p>
        </w:tc>
        <w:tc>
          <w:tcPr>
            <w:tcW w:w="331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7C99C" w14:textId="77777777" w:rsidR="00480F33" w:rsidRPr="000C556B" w:rsidRDefault="00480F33" w:rsidP="00480F33">
            <w:pPr>
              <w:spacing w:before="20" w:after="20"/>
              <w:jc w:val="center"/>
              <w:rPr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MARGNAC</w:t>
            </w:r>
          </w:p>
        </w:tc>
        <w:tc>
          <w:tcPr>
            <w:tcW w:w="5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E44E9" w14:textId="77777777" w:rsidR="00480F33" w:rsidRPr="000C556B" w:rsidRDefault="00480F33" w:rsidP="00480F33">
            <w:pPr>
              <w:jc w:val="center"/>
              <w:rPr>
                <w:szCs w:val="28"/>
              </w:rPr>
            </w:pPr>
          </w:p>
        </w:tc>
        <w:tc>
          <w:tcPr>
            <w:tcW w:w="129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664CF3" w14:textId="0EEAF26D" w:rsidR="00480F33" w:rsidRPr="000C556B" w:rsidRDefault="00480F33" w:rsidP="00480F33">
            <w:pPr>
              <w:spacing w:before="20" w:after="20"/>
              <w:jc w:val="center"/>
              <w:rPr>
                <w:rFonts w:ascii="Arial" w:hAnsi="Arial"/>
                <w:b/>
                <w:color w:val="A67C1E"/>
                <w:szCs w:val="28"/>
              </w:rPr>
            </w:pPr>
            <w:r w:rsidRPr="000C556B">
              <w:rPr>
                <w:rFonts w:ascii="Arial" w:hAnsi="Arial"/>
                <w:b/>
                <w:color w:val="A67C1E"/>
                <w:szCs w:val="28"/>
              </w:rPr>
              <w:t>2025</w:t>
            </w:r>
          </w:p>
        </w:tc>
        <w:tc>
          <w:tcPr>
            <w:tcW w:w="331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2E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2E9DB" w14:textId="6662F64B" w:rsidR="00480F33" w:rsidRPr="000C556B" w:rsidRDefault="00480F33" w:rsidP="00480F33">
            <w:pPr>
              <w:spacing w:before="20" w:after="20"/>
              <w:jc w:val="center"/>
              <w:rPr>
                <w:rFonts w:ascii="Georgia" w:hAnsi="Georgia"/>
                <w:b/>
                <w:color w:val="282828"/>
                <w:szCs w:val="28"/>
              </w:rPr>
            </w:pPr>
            <w:r w:rsidRPr="000C556B">
              <w:rPr>
                <w:rFonts w:ascii="Georgia" w:hAnsi="Georgia"/>
                <w:b/>
                <w:color w:val="282828"/>
                <w:szCs w:val="28"/>
              </w:rPr>
              <w:t>BEKKIS</w:t>
            </w:r>
          </w:p>
        </w:tc>
      </w:tr>
    </w:tbl>
    <w:p w14:paraId="43507037" w14:textId="77777777" w:rsidR="00496E50" w:rsidRDefault="00496E50"/>
    <w:sectPr w:rsidR="00496E50" w:rsidSect="00034616">
      <w:headerReference w:type="default" r:id="rId8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F110" w14:textId="77777777" w:rsidR="00CA1D49" w:rsidRDefault="00CA1D49" w:rsidP="00943699">
      <w:pPr>
        <w:spacing w:after="0" w:line="240" w:lineRule="auto"/>
      </w:pPr>
      <w:r>
        <w:separator/>
      </w:r>
    </w:p>
  </w:endnote>
  <w:endnote w:type="continuationSeparator" w:id="0">
    <w:p w14:paraId="35845EF6" w14:textId="77777777" w:rsidR="00CA1D49" w:rsidRDefault="00CA1D49" w:rsidP="0094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DF6A3" w14:textId="77777777" w:rsidR="00CA1D49" w:rsidRDefault="00CA1D49" w:rsidP="00943699">
      <w:pPr>
        <w:spacing w:after="0" w:line="240" w:lineRule="auto"/>
      </w:pPr>
      <w:r>
        <w:separator/>
      </w:r>
    </w:p>
  </w:footnote>
  <w:footnote w:type="continuationSeparator" w:id="0">
    <w:p w14:paraId="447769C8" w14:textId="77777777" w:rsidR="00CA1D49" w:rsidRDefault="00CA1D49" w:rsidP="00943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D23D" w14:textId="31F8BB6B" w:rsidR="00943699" w:rsidRDefault="00943699" w:rsidP="00943699">
    <w:pPr>
      <w:pStyle w:val="Intestazione"/>
      <w:jc w:val="center"/>
    </w:pPr>
    <w:r>
      <w:rPr>
        <w:noProof/>
      </w:rPr>
      <w:drawing>
        <wp:inline distT="0" distB="0" distL="0" distR="0" wp14:anchorId="69692252" wp14:editId="7F8C8046">
          <wp:extent cx="3219450" cy="1111225"/>
          <wp:effectExtent l="0" t="0" r="0" b="0"/>
          <wp:docPr id="21317755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717" b="13714"/>
                  <a:stretch>
                    <a:fillRect/>
                  </a:stretch>
                </pic:blipFill>
                <pic:spPr bwMode="auto">
                  <a:xfrm>
                    <a:off x="0" y="0"/>
                    <a:ext cx="3245359" cy="11201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9BEE1E" w14:textId="77777777" w:rsidR="00943699" w:rsidRDefault="00943699" w:rsidP="009436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6455933">
    <w:abstractNumId w:val="8"/>
  </w:num>
  <w:num w:numId="2" w16cid:durableId="1287854303">
    <w:abstractNumId w:val="6"/>
  </w:num>
  <w:num w:numId="3" w16cid:durableId="1998070334">
    <w:abstractNumId w:val="5"/>
  </w:num>
  <w:num w:numId="4" w16cid:durableId="468208470">
    <w:abstractNumId w:val="4"/>
  </w:num>
  <w:num w:numId="5" w16cid:durableId="333722805">
    <w:abstractNumId w:val="7"/>
  </w:num>
  <w:num w:numId="6" w16cid:durableId="259879197">
    <w:abstractNumId w:val="3"/>
  </w:num>
  <w:num w:numId="7" w16cid:durableId="1781606172">
    <w:abstractNumId w:val="2"/>
  </w:num>
  <w:num w:numId="8" w16cid:durableId="1978224017">
    <w:abstractNumId w:val="1"/>
  </w:num>
  <w:num w:numId="9" w16cid:durableId="119924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56B"/>
    <w:rsid w:val="0015074B"/>
    <w:rsid w:val="002307D9"/>
    <w:rsid w:val="0029639D"/>
    <w:rsid w:val="00326F90"/>
    <w:rsid w:val="00344995"/>
    <w:rsid w:val="0038479E"/>
    <w:rsid w:val="00480F33"/>
    <w:rsid w:val="00496E50"/>
    <w:rsid w:val="005A7C48"/>
    <w:rsid w:val="007D5254"/>
    <w:rsid w:val="00943699"/>
    <w:rsid w:val="00AA1D8D"/>
    <w:rsid w:val="00B47730"/>
    <w:rsid w:val="00C00B7F"/>
    <w:rsid w:val="00CA1D49"/>
    <w:rsid w:val="00CB0664"/>
    <w:rsid w:val="00DB17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F5BF1F"/>
  <w14:defaultImageDpi w14:val="300"/>
  <w15:docId w15:val="{4E03F4E1-B33C-41BD-9094-47124A0F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 Schivalocchi</cp:lastModifiedBy>
  <cp:revision>6</cp:revision>
  <dcterms:created xsi:type="dcterms:W3CDTF">2013-12-23T23:15:00Z</dcterms:created>
  <dcterms:modified xsi:type="dcterms:W3CDTF">2026-08-29T07:26:00Z</dcterms:modified>
  <cp:category/>
</cp:coreProperties>
</file>